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אור של יחד – מצגת פתיחה לטקס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חנוכה ומושגי היסוד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הדלקת הנרות ואת המנהגים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הערך של יחד וקהילה שבבסיס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יהודה המכבי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פך שמן קטן דלק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הסלווקים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חנוכייה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מציין את המרד המוצלח נגד השלטון היווני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נוהגים להוסיף נר בכל ערב מימי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המאכלים מסמלים את נס פך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חנוכה הוא חג מאוחר יותר ואינו מופיע בתורה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מתתיהו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מעוז 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כסלו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 המרד נגד היוונים)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(כלי שבו מדליקים שמונה נרות וגם 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(צעצוע מסתובב עם ארבע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(סמל לנס שדלק שמונה 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(החודש העברי שבו חל החג)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הדלקת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מניחים את החנוכייה במקום גלוי בבית, כגון 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נר חדש בצד השמאלי של החנוכייה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מברכים את הברכות המתאימות לאותו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מדליקים תחילה את הנר החדש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שרים יחד את השיר מעוז צור או הנרות הללו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תתייחס לשיתוף, אור משותף, פעולה קבוצתית וקשר בין חברי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 פך השמן שדלק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44 נרות (1+2+3...+8 ועוד שמש בכל ערב)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ערך היחד והקהילה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לפני מילוי הדף כדי לחבר בין התמונות למושגים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לשיר יחד את מעוז צור בסוף השיעור לחיזוק תחושת היחד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צעירות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אור של יחד – מצגת פתיחה לטקס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הטקס רואים מצגת על חנוכה. בדף הזה נתרגל מילים וסיפורים על החג ועל הדלקת הנרות.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שהנהיגה את המרד נגד השלטון היווני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אנטיוכוס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מלך יווני ששלט בארץ ישראל וגזר גזרות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פך שמן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שמן קטנה שלפי הסיפור דלקה 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המנורה שבה מדליקים את נרות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המיוחד שבו מדליקים את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עם ארבע אותיות, משחק של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החודש העברי שבו חל חג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מרכזי בטקס – התאחדות וקהילה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הנהיג את המרד נגד היוונים?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יהודה המכבי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שאול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 כוכבא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אורך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הנס של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סוף נבקע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פך שמן קטן דלק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עצירת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ירידת המן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נקראו השליטים היווניים?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הסלווקים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למנורת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חוגג את ניצחון המכבים על היוונים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מניחים נר חדש בכל ערב בצד שמאל של החנוכייה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סופגניות ולביבות כי הן מטוגנות בשמן, זכר לנס השמן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מוזכר בתורה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הדלקת הנרות מברכים שתי __________ בכל ערב, ובערב הראשון מוסיפים ברכה שלישית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המשחק המסורתי של חנוכה משוחק עם כלי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המנהיג הראשון של המרד היה __________ הכהן, אביו של יהודה המכבי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הפיוט המסורתי ששרים לאחר הדלקת הנרות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חנוכה חל בחודש העברי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יהודה המכבי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סמל לנס שדלק שמונה 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 המרד נגד היוונים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החודש העברי שבו חל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פך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צעצוע מסתובב עם ארבע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כסלו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שבו מדליקים שמונה נרות וגם 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הדלקת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שרים יחד את השיר מעוז צור או הנרות הללו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תחילה את הנר החדש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נר חדש בצד השמאלי של החנוכייה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מניחים את החנוכייה במקום גלוי בבית, כגון חלון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מברכים את הברכות המתאימות לאותו ערב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הטקס נקרא 'אור של יחד'. כתבו בכמה משפטים איך הדלקת נרות חנוכה יכולה לבטא ערך של יחד וקהילה בכיתה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הנס המרכזי של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נרות מדליקים בסך הכול לאורך שמונת ימי החג כולל השמש?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מבטא הטקס 'אור של יחד'?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אור של יחד – מצגת פתיחה לטקס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