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 של יחד – מצגת פתיחה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ומושגי היסוד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הדלקת הנרות ואת המנהגים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הערך של יחד וקהילה שבבסיס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יהודה המכבי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מציין את המרד המוצלח נגד השלטון היווני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המאכלים מסמלים את נס פך השמן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 המרד נגד היוונים)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(כלי שבו מדליקים שמונה נרות וגם 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(צעצוע מסתובב עם ארבע אותיות)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הדלקת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מניחים את החנוכייה במקום גלוי בבית, כגון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מברכים את הברכות המתאימות לאותו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שרים יחד את השיר מעוז צור או הנרות הללו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לשיתוף, אור משותף, פעולה קבוצתית וקשר בין חברי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פך השמן שדלק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44 נרות (1+2+3...+8 ועוד שמש בכל ערב)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ערך היחד והקהילה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לפני מילוי הדף כדי לחבר בין התמונות למושגים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לשיר יחד את מעוז צור בסוף השיעור לחיזוק תחושת היחד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 של יחד – מצגת פתיחה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המצגת שלפני הטקס פותחת בכותרת 'אור של יחד' ומזכירה שמונה נרות, שמונה ערכים וקהילה אחת. דף זה מתרגל את הידע וההבנה שעליהם מתבסס הטקס.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ברכות  ·  סביבון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עמד בראש המרד נגד השלטון היווני בתקופת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יהודה המכבי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שאול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 כוכבא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חוגגים את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חנוכה חוגג את ניצחון המכבים על היוונים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אוכלים סופגניות ולביבות כי הן מטוגנות בשמן, זכר לנס השמן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הדלקת הנרות מברכים שתי __________ בכל ערב, ובערב הראשון מוסיפים ברכה שלישית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המשחק המסורתי של חנוכה משוחק עם כלי שנקרא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יהודה המכבי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שבו מדליקים שמונה נרות וגם 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צעצוע מסתובב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מנהיג המרד נגד היוונים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מברכים את הברכות המתאימות לאותו 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שרים יחד את השיר מעוז צור או הנרות הללו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מניחים את החנוכייה במקום גלוי בבית, כגון חלון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הטקס נקרא 'אור של יחד'. כתבו בכמה משפטים איך הדלקת נרות חנוכה יכולה לבטא ערך של יחד וקהילה בכיתה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הנס המרכזי של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נרות מדליקים בסך הכול לאורך שמונת ימי החג כולל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אור של יחד – מצגת פתיחה לטקס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